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ООО «Гарден Трейд»</w:t>
        <w:br/>
        <w:t>Интернет-магазин «Удачная мебель» · shop@dachamebel.ru</w:t>
      </w:r>
    </w:p>
    <w:p>
      <w:pPr>
        <w:pStyle w:val="Title"/>
      </w:pPr>
      <w:r>
        <w:t>Заявление на возврат товара</w:t>
      </w:r>
    </w:p>
    <w:p>
      <w:pPr>
        <w:tabs>
          <w:tab w:pos="3175" w:val="left"/>
          <w:tab w:pos="9638" w:val="right" w:leader="underscore"/>
        </w:tabs>
        <w:spacing w:after="140"/>
      </w:pPr>
      <w:r>
        <w:t>ФИО покупателя</w:t>
        <w:tab/>
        <w:tab/>
      </w:r>
    </w:p>
    <w:p>
      <w:pPr>
        <w:tabs>
          <w:tab w:pos="3175" w:val="left"/>
          <w:tab w:pos="9638" w:val="right" w:leader="underscore"/>
        </w:tabs>
        <w:spacing w:after="140"/>
      </w:pPr>
      <w:r>
        <w:t>Телефон</w:t>
        <w:tab/>
        <w:tab/>
      </w:r>
    </w:p>
    <w:p>
      <w:pPr>
        <w:tabs>
          <w:tab w:pos="3175" w:val="left"/>
          <w:tab w:pos="9638" w:val="right" w:leader="underscore"/>
        </w:tabs>
        <w:spacing w:after="140"/>
      </w:pPr>
      <w:r>
        <w:t>Электронная почта</w:t>
        <w:tab/>
        <w:tab/>
      </w:r>
    </w:p>
    <w:p>
      <w:pPr>
        <w:pStyle w:val="Heading1"/>
      </w:pPr>
      <w:r>
        <w:t>Сведения о покупке</w:t>
      </w:r>
    </w:p>
    <w:p>
      <w:pPr>
        <w:tabs>
          <w:tab w:pos="3175" w:val="left"/>
          <w:tab w:pos="9638" w:val="right" w:leader="underscore"/>
        </w:tabs>
        <w:spacing w:after="140"/>
      </w:pPr>
      <w:r>
        <w:t>Номер заказа (если известен)</w:t>
        <w:tab/>
        <w:tab/>
      </w:r>
    </w:p>
    <w:p>
      <w:pPr>
        <w:tabs>
          <w:tab w:pos="1701" w:val="left"/>
          <w:tab w:pos="4535" w:val="left" w:leader="underscore"/>
          <w:tab w:pos="5102" w:val="left"/>
          <w:tab w:pos="6803" w:val="left"/>
          <w:tab w:pos="9638" w:val="left" w:leader="underscore"/>
        </w:tabs>
        <w:spacing w:after="140"/>
      </w:pPr>
      <w:r>
        <w:t>Дата заказа</w:t>
        <w:tab/>
        <w:tab/>
        <w:tab/>
        <w:t>Дата получения</w:t>
        <w:tab/>
        <w:tab/>
      </w:r>
    </w:p>
    <w:p>
      <w:pPr>
        <w:tabs>
          <w:tab w:pos="1701" w:val="left"/>
          <w:tab w:pos="4535" w:val="left" w:leader="underscore"/>
          <w:tab w:pos="5102" w:val="left"/>
          <w:tab w:pos="6803" w:val="left"/>
          <w:tab w:pos="9638" w:val="left" w:leader="underscore"/>
        </w:tabs>
        <w:spacing w:after="140"/>
      </w:pPr>
      <w:r>
        <w:t>Дата оплаты</w:t>
        <w:tab/>
        <w:tab/>
        <w:tab/>
        <w:t>Количество</w:t>
        <w:tab/>
        <w:tab/>
      </w:r>
    </w:p>
    <w:p>
      <w:pPr>
        <w:tabs>
          <w:tab w:pos="3175" w:val="left"/>
          <w:tab w:pos="9638" w:val="right" w:leader="underscore"/>
        </w:tabs>
        <w:spacing w:after="140"/>
      </w:pPr>
      <w:r>
        <w:t>Товар, модель, артикул</w:t>
        <w:tab/>
        <w:tab/>
      </w:r>
    </w:p>
    <w:p>
      <w:pPr>
        <w:tabs>
          <w:tab w:pos="3175" w:val="left"/>
          <w:tab w:pos="9638" w:val="right" w:leader="underscore"/>
        </w:tabs>
        <w:spacing w:after="140"/>
      </w:pPr>
      <w:r>
        <w:t>Уплаченная сумма, руб.</w:t>
        <w:tab/>
        <w:tab/>
      </w:r>
    </w:p>
    <w:p>
      <w:r>
        <w:rPr>
          <w:sz w:val="16"/>
        </w:rPr>
        <w:t>За возвращаемый товар.</w:t>
      </w:r>
    </w:p>
    <w:p>
      <w:pPr>
        <w:pStyle w:val="Heading1"/>
      </w:pPr>
      <w:r>
        <w:t>Основание возврата</w:t>
      </w:r>
    </w:p>
    <w:p>
      <w:r>
        <w:t>Отметьте подходящий вариант:</w:t>
      </w:r>
    </w:p>
    <w:p>
      <w:pPr>
        <w:tabs>
          <w:tab w:pos="312" w:val="left"/>
        </w:tabs>
        <w:ind w:left="312" w:hanging="312"/>
      </w:pPr>
      <w:r>
        <w:t>☐</w:t>
        <w:tab/>
        <w:t>Отказываюсь от качественного товара, приобретенного дистанционно.</w:t>
        <w:br/>
        <w:t>Причину отказа указывать необязательно.</w:t>
      </w:r>
    </w:p>
    <w:p>
      <w:pPr>
        <w:tabs>
          <w:tab w:pos="312" w:val="left"/>
        </w:tabs>
        <w:ind w:left="312" w:hanging="312"/>
      </w:pPr>
      <w:r>
        <w:t>☐</w:t>
        <w:tab/>
        <w:t>Обнаружен недостаток товара. Опишите его и укажите дату обнаружения:</w:t>
      </w:r>
    </w:p>
    <w:p>
      <w:pPr>
        <w:tabs>
          <w:tab w:pos="9638" w:val="right" w:leader="underscore"/>
        </w:tabs>
        <w:spacing w:after="60"/>
      </w:pPr>
      <w:r>
        <w:tab/>
      </w:r>
    </w:p>
    <w:p>
      <w:pPr>
        <w:tabs>
          <w:tab w:pos="9638" w:val="right" w:leader="underscore"/>
        </w:tabs>
        <w:spacing w:after="60"/>
      </w:pPr>
      <w:r>
        <w:tab/>
      </w:r>
    </w:p>
    <w:p>
      <w:pPr>
        <w:pStyle w:val="Heading1"/>
      </w:pPr>
      <w:r>
        <w:t>Состояние товара и комплектность</w:t>
      </w:r>
    </w:p>
    <w:p>
      <w:r>
        <w:t>Укажите состояние, комплектность, сведения о сборке и известных повреждениях:</w:t>
      </w:r>
    </w:p>
    <w:p>
      <w:pPr>
        <w:tabs>
          <w:tab w:pos="9638" w:val="right" w:leader="underscore"/>
        </w:tabs>
        <w:spacing w:after="60"/>
      </w:pPr>
      <w:r>
        <w:tab/>
      </w:r>
    </w:p>
    <w:p>
      <w:pPr>
        <w:tabs>
          <w:tab w:pos="9638" w:val="right" w:leader="underscore"/>
        </w:tabs>
        <w:spacing w:after="60"/>
      </w:pPr>
      <w:r>
        <w:tab/>
      </w:r>
    </w:p>
    <w:p>
      <w:pPr>
        <w:pStyle w:val="Heading1"/>
      </w:pPr>
      <w:r>
        <w:t>Мое требование</w:t>
      </w:r>
    </w:p>
    <w:p>
      <w:r>
        <w:t>Прошу принять возврат указанного товара и вернуть уплаченную за него сумму в установленном законом порядке. Прошу согласовать способ передачи товара.</w:t>
      </w:r>
    </w:p>
    <w:p>
      <w:r>
        <w:t>Способ оплаты заказа:</w:t>
      </w:r>
    </w:p>
    <w:p>
      <w:pPr>
        <w:tabs>
          <w:tab w:pos="4535" w:val="left"/>
          <w:tab w:pos="5953" w:val="left"/>
          <w:tab w:pos="7937" w:val="left"/>
        </w:tabs>
      </w:pPr>
      <w:r>
        <w:t>☐ карта / платежная ссылка</w:t>
        <w:tab/>
        <w:t>☐ СБП</w:t>
        <w:tab/>
        <w:t>☐ наличные</w:t>
        <w:tab/>
        <w:t>☐ другое</w:t>
      </w:r>
    </w:p>
    <w:p>
      <w:pPr>
        <w:tabs>
          <w:tab w:pos="3175" w:val="left"/>
          <w:tab w:pos="9638" w:val="right" w:leader="underscore"/>
        </w:tabs>
        <w:spacing w:after="140"/>
      </w:pPr>
      <w:r>
        <w:t>Уточнение при необходимости</w:t>
        <w:tab/>
        <w:tab/>
      </w:r>
    </w:p>
    <w:p>
      <w:r>
        <w:t>Если для возврата потребуются банковские реквизиты, предоставлю их отдельно по согласованному с продавцом способу связи.</w:t>
      </w:r>
    </w:p>
    <w:p>
      <w:pPr>
        <w:pStyle w:val="Heading1"/>
      </w:pPr>
      <w:r>
        <w:t>Приложения при наличии</w:t>
      </w:r>
    </w:p>
    <w:p>
      <w:pPr>
        <w:tabs>
          <w:tab w:pos="312" w:val="left"/>
        </w:tabs>
        <w:ind w:left="312" w:hanging="312"/>
      </w:pPr>
      <w:r>
        <w:t>☐</w:t>
        <w:tab/>
        <w:t>Чек или другое подтверждение покупки</w:t>
      </w:r>
    </w:p>
    <w:p>
      <w:pPr>
        <w:tabs>
          <w:tab w:pos="312" w:val="left"/>
        </w:tabs>
        <w:ind w:left="312" w:hanging="312"/>
      </w:pPr>
      <w:r>
        <w:t>☐</w:t>
        <w:tab/>
        <w:t>Фотографии / видео недостатка</w:t>
      </w:r>
    </w:p>
    <w:p>
      <w:pPr>
        <w:tabs>
          <w:tab w:pos="9638" w:val="right" w:leader="underscore"/>
        </w:tabs>
      </w:pPr>
      <w:r>
        <w:t>☐ Иное</w:t>
        <w:tab/>
      </w:r>
    </w:p>
    <w:p>
      <w:pPr>
        <w:tabs>
          <w:tab w:pos="2835" w:val="left"/>
          <w:tab w:pos="5669" w:val="left"/>
        </w:tabs>
        <w:spacing w:before="160"/>
      </w:pPr>
      <w:r>
        <w:t>Дата</w:t>
        <w:tab/>
        <w:t>Подпись</w:t>
        <w:tab/>
        <w:t>ФИО</w:t>
      </w:r>
    </w:p>
    <w:p>
      <w:pPr>
        <w:tabs>
          <w:tab w:pos="2268" w:val="left" w:leader="underscore"/>
          <w:tab w:pos="2835" w:val="left"/>
          <w:tab w:pos="5102" w:val="left" w:leader="underscore"/>
          <w:tab w:pos="5669" w:val="left"/>
          <w:tab w:pos="9638" w:val="left" w:leader="underscore"/>
        </w:tabs>
      </w:pPr>
      <w:r>
        <w:tab/>
        <w:tab/>
        <w:tab/>
        <w:tab/>
        <w:tab/>
      </w:r>
    </w:p>
    <w:p>
      <w:pPr>
        <w:spacing w:before="100"/>
      </w:pPr>
      <w:r>
        <w:rPr>
          <w:sz w:val="16"/>
        </w:rPr>
        <w:t>Этот бланк можно использовать для обращения или изложить требование в свободной форме. Отсутствие чека само по себе не исключает подтверждение покупки другими доказательствами. Не указывайте PIN, CVC/CVV и коды из SMS.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47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7" w:lineRule="auto" w:before="18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